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743200" cy="11427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d9fb99-3292-4a4e-8eea-a670b41b1df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42765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00315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Georgia" w:hAnsi="Georgia"/>
                <w:b/>
                <w:color w:val="FFFFFF"/>
                <w:sz w:val="27"/>
              </w:rPr>
              <w:t>FORMATO DE PONENCIA ESTUDIANTIL DE INICIACIÓN CIENTÍFICA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color w:val="DFF7F8"/>
                <w:sz w:val="17"/>
              </w:rPr>
              <w:t>Trabajo escrito breve · Modalidad virtual asincrónica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EAF8F8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003153"/>
              <w:bottom w:val="single" w:sz="5" w:color="003153"/>
              <w:start w:val="single" w:sz="5" w:color="003153"/>
              <w:end w:val="single" w:sz="5" w:color="003153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003153"/>
                <w:sz w:val="17"/>
              </w:rPr>
              <w:t xml:space="preserve">EXTENSIÓN DEL DOCUMENTO: </w:t>
            </w:r>
            <w:r>
              <w:rPr>
                <w:rFonts w:ascii="Aptos" w:hAnsi="Aptos"/>
                <w:color w:val="1E2A32"/>
                <w:sz w:val="17"/>
              </w:rPr>
              <w:t>1 página de portada + 2 cuartillas de contenido (aprox. 800–1,100 palabras) + hasta 1 página adicional de referencias. Extensión máxima sugerida: 4 páginas.</w:t>
            </w:r>
          </w:p>
        </w:tc>
      </w:tr>
    </w:tbl>
    <w:p>
      <w:pPr>
        <w:spacing w:after="40"/>
      </w:pPr>
    </w:p>
    <w:p>
      <w:pPr>
        <w:spacing w:before="0" w:after="60" w:line="240" w:lineRule="auto"/>
      </w:pPr>
      <w:r>
        <w:rPr>
          <w:rFonts w:ascii="Georgia" w:hAnsi="Georgia"/>
          <w:b/>
          <w:color w:val="003153"/>
          <w:sz w:val="22"/>
        </w:rPr>
        <w:t>DATOS DE LA PONENCIA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592"/>
            <w:shd w:fill="003153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Título del trabajo</w:t>
            </w:r>
          </w:p>
        </w:tc>
        <w:tc>
          <w:tcPr>
            <w:tcW w:type="dxa" w:w="7344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7"/>
              </w:rPr>
              <w:t>[Título específico y descriptivo]</w:t>
            </w:r>
            <w:r>
              <w:rPr>
                <w:rFonts w:ascii="Aptos" w:hAnsi="Aptos"/>
                <w:i/>
                <w:color w:val="65727A"/>
                <w:sz w:val="15"/>
              </w:rPr>
              <w:t xml:space="preserve">  Máx. 20 palabras</w:t>
            </w:r>
          </w:p>
        </w:tc>
      </w:tr>
      <w:tr>
        <w:tc>
          <w:tcPr>
            <w:tcW w:type="dxa" w:w="2592"/>
            <w:shd w:fill="003153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Autor(es)</w:t>
            </w:r>
          </w:p>
        </w:tc>
        <w:tc>
          <w:tcPr>
            <w:tcW w:type="dxa" w:w="7344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7"/>
              </w:rPr>
              <w:t>[Nombre completo del/de los estudiante(s)]</w:t>
            </w:r>
          </w:p>
        </w:tc>
      </w:tr>
      <w:tr>
        <w:tc>
          <w:tcPr>
            <w:tcW w:type="dxa" w:w="2592"/>
            <w:shd w:fill="003153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Programa educativo</w:t>
            </w:r>
          </w:p>
        </w:tc>
        <w:tc>
          <w:tcPr>
            <w:tcW w:type="dxa" w:w="7344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7"/>
              </w:rPr>
              <w:t>[Licenciatura que cursa(n)]</w:t>
            </w:r>
          </w:p>
        </w:tc>
      </w:tr>
      <w:tr>
        <w:tc>
          <w:tcPr>
            <w:tcW w:type="dxa" w:w="2592"/>
            <w:shd w:fill="003153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Institución</w:t>
            </w:r>
          </w:p>
        </w:tc>
        <w:tc>
          <w:tcPr>
            <w:tcW w:type="dxa" w:w="7344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7"/>
              </w:rPr>
              <w:t>[Universidad o institución de procedencia]</w:t>
            </w:r>
          </w:p>
        </w:tc>
      </w:tr>
      <w:tr>
        <w:tc>
          <w:tcPr>
            <w:tcW w:type="dxa" w:w="2592"/>
            <w:shd w:fill="003153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Mentor(a) académico(a)</w:t>
            </w:r>
          </w:p>
        </w:tc>
        <w:tc>
          <w:tcPr>
            <w:tcW w:type="dxa" w:w="7344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7"/>
              </w:rPr>
              <w:t>[Nombre completo, grado académico e institución]</w:t>
            </w:r>
          </w:p>
        </w:tc>
      </w:tr>
      <w:tr>
        <w:tc>
          <w:tcPr>
            <w:tcW w:type="dxa" w:w="2592"/>
            <w:shd w:fill="003153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Mesa temática</w:t>
            </w:r>
          </w:p>
        </w:tc>
        <w:tc>
          <w:tcPr>
            <w:tcW w:type="dxa" w:w="7344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7"/>
              </w:rPr>
              <w:t>[Área temática en la que se registra la ponencia]</w:t>
            </w:r>
          </w:p>
        </w:tc>
      </w:tr>
      <w:tr>
        <w:tc>
          <w:tcPr>
            <w:tcW w:type="dxa" w:w="2592"/>
            <w:shd w:fill="003153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Tipo de trabajo</w:t>
            </w:r>
          </w:p>
        </w:tc>
        <w:tc>
          <w:tcPr>
            <w:tcW w:type="dxa" w:w="7344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7"/>
              </w:rPr>
              <w:t>[Investigación / avance / revisión / proyecto aplicado / estudio de caso]</w:t>
            </w:r>
          </w:p>
        </w:tc>
      </w:tr>
      <w:tr>
        <w:tc>
          <w:tcPr>
            <w:tcW w:type="dxa" w:w="2592"/>
            <w:shd w:fill="003153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Correo de contacto</w:t>
            </w:r>
          </w:p>
        </w:tc>
        <w:tc>
          <w:tcPr>
            <w:tcW w:type="dxa" w:w="7344"/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7"/>
              </w:rPr>
              <w:t>[Correo del autor de correspondencia]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FFFBE5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FF5A52"/>
              <w:bottom w:val="single" w:sz="5" w:color="FF5A52"/>
              <w:start w:val="single" w:sz="5" w:color="FF5A52"/>
              <w:end w:val="single" w:sz="5" w:color="FF5A52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FF5A52"/>
                <w:sz w:val="17"/>
              </w:rPr>
              <w:t xml:space="preserve">PROPÓSITO DEL FORMATO: </w:t>
            </w:r>
            <w:r>
              <w:rPr>
                <w:rFonts w:ascii="Aptos" w:hAnsi="Aptos"/>
                <w:color w:val="1E2A32"/>
                <w:sz w:val="17"/>
              </w:rPr>
              <w:t>presentar de manera breve y académicamente estructurada el problema o tema abordado, el objetivo, la forma en que se desarrolló el trabajo, los resultados o avances obtenidos y sus principales conclusiones. Este documento servirá de base para la exposición videograbada.</w:t>
            </w:r>
          </w:p>
        </w:tc>
      </w:tr>
    </w:tbl>
    <w:p>
      <w:pPr>
        <w:spacing w:before="100" w:after="60" w:line="240" w:lineRule="auto"/>
      </w:pPr>
      <w:r>
        <w:rPr>
          <w:rFonts w:ascii="Georgia" w:hAnsi="Georgia"/>
          <w:b/>
          <w:color w:val="003153"/>
          <w:sz w:val="21"/>
        </w:rPr>
        <w:t>LINEAMIENTOS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088"/>
            <w:shd w:fill="10B9C1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5"/>
              </w:rPr>
              <w:t>Formato</w:t>
            </w:r>
          </w:p>
        </w:tc>
        <w:tc>
          <w:tcPr>
            <w:tcW w:type="dxa" w:w="7920"/>
            <w:shd w:fill="FFFFFF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5"/>
              </w:rPr>
              <w:t>Word (.docx), tamaño carta, orientación vertical.</w:t>
            </w:r>
          </w:p>
        </w:tc>
      </w:tr>
      <w:tr>
        <w:tc>
          <w:tcPr>
            <w:tcW w:type="dxa" w:w="2088"/>
            <w:shd w:fill="10B9C1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5"/>
              </w:rPr>
              <w:t>Tipografía</w:t>
            </w:r>
          </w:p>
        </w:tc>
        <w:tc>
          <w:tcPr>
            <w:tcW w:type="dxa" w:w="7920"/>
            <w:shd w:fill="FFFFFF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5"/>
              </w:rPr>
              <w:t>Aptos, Arial o Calibri 11 pt; interlineado 1.15; texto justificado.</w:t>
            </w:r>
          </w:p>
        </w:tc>
      </w:tr>
      <w:tr>
        <w:tc>
          <w:tcPr>
            <w:tcW w:type="dxa" w:w="2088"/>
            <w:shd w:fill="10B9C1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5"/>
              </w:rPr>
              <w:t>Márgenes</w:t>
            </w:r>
          </w:p>
        </w:tc>
        <w:tc>
          <w:tcPr>
            <w:tcW w:type="dxa" w:w="7920"/>
            <w:shd w:fill="FFFFFF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5"/>
              </w:rPr>
              <w:t>2.5 cm aproximadamente en los cuatro lados.</w:t>
            </w:r>
          </w:p>
        </w:tc>
      </w:tr>
      <w:tr>
        <w:tc>
          <w:tcPr>
            <w:tcW w:type="dxa" w:w="2088"/>
            <w:shd w:fill="10B9C1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5"/>
              </w:rPr>
              <w:t>Extensión</w:t>
            </w:r>
          </w:p>
        </w:tc>
        <w:tc>
          <w:tcPr>
            <w:tcW w:type="dxa" w:w="7920"/>
            <w:shd w:fill="FFFFFF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5"/>
              </w:rPr>
              <w:t>Las 2 cuartillas de desarrollo no incluyen portada ni referencias.</w:t>
            </w:r>
          </w:p>
        </w:tc>
      </w:tr>
      <w:tr>
        <w:tc>
          <w:tcPr>
            <w:tcW w:type="dxa" w:w="2088"/>
            <w:shd w:fill="10B9C1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5"/>
              </w:rPr>
              <w:t>Integridad</w:t>
            </w:r>
          </w:p>
        </w:tc>
        <w:tc>
          <w:tcPr>
            <w:tcW w:type="dxa" w:w="7920"/>
            <w:shd w:fill="FFFFFF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5"/>
              </w:rPr>
              <w:t>No se deben inventar resultados. Los avances o resultados preliminares deben identificarse expresamente.</w:t>
            </w:r>
          </w:p>
        </w:tc>
      </w:tr>
    </w:tbl>
    <w:p>
      <w:r>
        <w:br w:type="page"/>
      </w:r>
    </w:p>
    <w:p>
      <w:pPr>
        <w:spacing w:before="0" w:after="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286000" cy="95230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d9fb99-3292-4a4e-8eea-a670b41b1df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52304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00315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Georgia" w:hAnsi="Georgia"/>
                <w:b/>
                <w:color w:val="FFFFFF"/>
                <w:sz w:val="27"/>
              </w:rPr>
              <w:t>DESARROLLO DEL TRABAJO · CUARTILLA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color w:val="DFF7F8"/>
                <w:sz w:val="17"/>
              </w:rPr>
              <w:t>Problema, objetivo y procedimiento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EAF8F8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003153"/>
              <w:bottom w:val="single" w:sz="5" w:color="003153"/>
              <w:start w:val="single" w:sz="5" w:color="003153"/>
              <w:end w:val="single" w:sz="5" w:color="003153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003153"/>
                <w:sz w:val="17"/>
              </w:rPr>
              <w:t xml:space="preserve">META DE ESTA PÁGINA: </w:t>
            </w:r>
            <w:r>
              <w:rPr>
                <w:rFonts w:ascii="Aptos" w:hAnsi="Aptos"/>
                <w:color w:val="1E2A32"/>
                <w:sz w:val="17"/>
              </w:rPr>
              <w:t>aproximadamente 340–470 palabras. La redacción debe ser clara, directa y comprensible para lectores que no conozcan previamente el proyecto.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10B9C1"/>
            <w:tcMar>
              <w:top w:w="65" w:type="dxa"/>
              <w:start w:w="105" w:type="dxa"/>
              <w:bottom w:w="65" w:type="dxa"/>
              <w:end w:w="105" w:type="dxa"/>
            </w:tcMar>
            <w:tcBorders>
              <w:top w:val="single" w:sz="5" w:color="10B9C1"/>
              <w:bottom w:val="single" w:sz="5" w:color="10B9C1"/>
              <w:start w:val="single" w:sz="5" w:color="10B9C1"/>
              <w:end w:val="single" w:sz="5" w:color="10B9C1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1. INTRODUCCIÓN Y PLANTEAMIENTO DEL PROBLEMA</w:t>
            </w:r>
            <w:r>
              <w:rPr>
                <w:rFonts w:ascii="Aptos" w:hAnsi="Aptos"/>
                <w:color w:val="FFFFFF"/>
                <w:sz w:val="16"/>
              </w:rPr>
              <w:t xml:space="preserve">   |   150–200 palabras</w:t>
            </w:r>
          </w:p>
        </w:tc>
      </w:tr>
      <w:tr>
        <w:tc>
          <w:tcPr>
            <w:tcW w:type="dxa" w:w="10656"/>
            <w:shd w:fill="F3F5F7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4" w:color="10B9C1"/>
              <w:bottom w:val="single" w:sz="4" w:color="10B9C1"/>
              <w:start w:val="single" w:sz="4" w:color="10B9C1"/>
              <w:end w:val="single" w:sz="4" w:color="10B9C1"/>
            </w:tcBorders>
          </w:tcPr>
          <w:p>
            <w:pPr>
              <w:spacing w:before="0" w:after="60" w:line="252" w:lineRule="auto"/>
            </w:pPr>
            <w:r>
              <w:rPr>
                <w:rFonts w:ascii="Aptos" w:hAnsi="Aptos"/>
                <w:b/>
                <w:color w:val="003153"/>
                <w:sz w:val="16"/>
              </w:rPr>
              <w:t xml:space="preserve">Qué debe contener: </w:t>
            </w:r>
            <w:r>
              <w:rPr>
                <w:rFonts w:ascii="Aptos" w:hAnsi="Aptos"/>
                <w:color w:val="1E2A32"/>
                <w:sz w:val="16"/>
              </w:rPr>
              <w:t>Contextualice el tema, describa el problema, necesidad, situación o pregunta que dio origen al trabajo y explique brevemente por qué es relevante. Puede incorporar uno o dos antecedentes esenciales.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FF5A52"/>
                <w:sz w:val="15"/>
              </w:rPr>
              <w:t xml:space="preserve">Guía de redacción: </w:t>
            </w:r>
            <w:r>
              <w:rPr>
                <w:rFonts w:ascii="Aptos" w:hAnsi="Aptos"/>
                <w:i/>
                <w:color w:val="65727A"/>
                <w:sz w:val="15"/>
              </w:rPr>
              <w:t>¿Qué situación se estudia? ¿Dónde o en quién ocurre? ¿Por qué importa? ¿Qué vacío, necesidad o problema intenta atender el trabajo?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color="B7CDD5"/>
              <w:bottom w:val="single" w:sz="5" w:color="B7CDD5"/>
              <w:start w:val="single" w:sz="5" w:color="B7CDD5"/>
              <w:end w:val="single" w:sz="5" w:color="B7CDD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i/>
                <w:color w:val="8A949B"/>
                <w:sz w:val="17"/>
              </w:rPr>
              <w:t>[Sustituya este texto por su redacción. Elimine las instrucciones en gris antes de enviar.]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10B9C1"/>
            <w:tcMar>
              <w:top w:w="65" w:type="dxa"/>
              <w:start w:w="105" w:type="dxa"/>
              <w:bottom w:w="65" w:type="dxa"/>
              <w:end w:w="105" w:type="dxa"/>
            </w:tcMar>
            <w:tcBorders>
              <w:top w:val="single" w:sz="5" w:color="10B9C1"/>
              <w:bottom w:val="single" w:sz="5" w:color="10B9C1"/>
              <w:start w:val="single" w:sz="5" w:color="10B9C1"/>
              <w:end w:val="single" w:sz="5" w:color="10B9C1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2. OBJETIVO</w:t>
            </w:r>
            <w:r>
              <w:rPr>
                <w:rFonts w:ascii="Aptos" w:hAnsi="Aptos"/>
                <w:color w:val="FFFFFF"/>
                <w:sz w:val="16"/>
              </w:rPr>
              <w:t xml:space="preserve">   |   40–70 palabras</w:t>
            </w:r>
          </w:p>
        </w:tc>
      </w:tr>
      <w:tr>
        <w:tc>
          <w:tcPr>
            <w:tcW w:type="dxa" w:w="10656"/>
            <w:shd w:fill="FFFBE5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4" w:color="10B9C1"/>
              <w:bottom w:val="single" w:sz="4" w:color="10B9C1"/>
              <w:start w:val="single" w:sz="4" w:color="10B9C1"/>
              <w:end w:val="single" w:sz="4" w:color="10B9C1"/>
            </w:tcBorders>
          </w:tcPr>
          <w:p>
            <w:pPr>
              <w:spacing w:before="0" w:after="60" w:line="252" w:lineRule="auto"/>
            </w:pPr>
            <w:r>
              <w:rPr>
                <w:rFonts w:ascii="Aptos" w:hAnsi="Aptos"/>
                <w:b/>
                <w:color w:val="003153"/>
                <w:sz w:val="16"/>
              </w:rPr>
              <w:t xml:space="preserve">Qué debe contener: </w:t>
            </w:r>
            <w:r>
              <w:rPr>
                <w:rFonts w:ascii="Aptos" w:hAnsi="Aptos"/>
                <w:color w:val="1E2A32"/>
                <w:sz w:val="16"/>
              </w:rPr>
              <w:t>Declare el propósito general del trabajo. Utilice un verbo en infinitivo y asegure congruencia con el problema planteado, el procedimiento y los resultados.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FF5A52"/>
                <w:sz w:val="15"/>
              </w:rPr>
              <w:t xml:space="preserve">Guía de redacción: </w:t>
            </w:r>
            <w:r>
              <w:rPr>
                <w:rFonts w:ascii="Aptos" w:hAnsi="Aptos"/>
                <w:i/>
                <w:color w:val="65727A"/>
                <w:sz w:val="15"/>
              </w:rPr>
              <w:t>Ejemplos de inicio: Analizar…, Describir…, Identificar…, Comparar…, Evaluar…, Diseñar…, Proponer…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color="B7CDD5"/>
              <w:bottom w:val="single" w:sz="5" w:color="B7CDD5"/>
              <w:start w:val="single" w:sz="5" w:color="B7CDD5"/>
              <w:end w:val="single" w:sz="5" w:color="B7CDD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i/>
                <w:color w:val="8A949B"/>
                <w:sz w:val="17"/>
              </w:rPr>
              <w:t>[Sustituya este texto por su redacción. Elimine las instrucciones en gris antes de enviar.]</w:t>
            </w:r>
          </w:p>
          <w:p>
            <w:pPr>
              <w:spacing w:before="0" w:after="0" w:line="240" w:lineRule="auto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10B9C1"/>
            <w:tcMar>
              <w:top w:w="65" w:type="dxa"/>
              <w:start w:w="105" w:type="dxa"/>
              <w:bottom w:w="65" w:type="dxa"/>
              <w:end w:w="105" w:type="dxa"/>
            </w:tcMar>
            <w:tcBorders>
              <w:top w:val="single" w:sz="5" w:color="10B9C1"/>
              <w:bottom w:val="single" w:sz="5" w:color="10B9C1"/>
              <w:start w:val="single" w:sz="5" w:color="10B9C1"/>
              <w:end w:val="single" w:sz="5" w:color="10B9C1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3. METODOLOGÍA O PROCEDIMIENTO</w:t>
            </w:r>
            <w:r>
              <w:rPr>
                <w:rFonts w:ascii="Aptos" w:hAnsi="Aptos"/>
                <w:color w:val="FFFFFF"/>
                <w:sz w:val="16"/>
              </w:rPr>
              <w:t xml:space="preserve">   |   150–200 palabras</w:t>
            </w:r>
          </w:p>
        </w:tc>
      </w:tr>
      <w:tr>
        <w:tc>
          <w:tcPr>
            <w:tcW w:type="dxa" w:w="10656"/>
            <w:shd w:fill="F3F5F7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4" w:color="10B9C1"/>
              <w:bottom w:val="single" w:sz="4" w:color="10B9C1"/>
              <w:start w:val="single" w:sz="4" w:color="10B9C1"/>
              <w:end w:val="single" w:sz="4" w:color="10B9C1"/>
            </w:tcBorders>
          </w:tcPr>
          <w:p>
            <w:pPr>
              <w:spacing w:before="0" w:after="60" w:line="252" w:lineRule="auto"/>
            </w:pPr>
            <w:r>
              <w:rPr>
                <w:rFonts w:ascii="Aptos" w:hAnsi="Aptos"/>
                <w:b/>
                <w:color w:val="003153"/>
                <w:sz w:val="16"/>
              </w:rPr>
              <w:t xml:space="preserve">Qué debe contener: </w:t>
            </w:r>
            <w:r>
              <w:rPr>
                <w:rFonts w:ascii="Aptos" w:hAnsi="Aptos"/>
                <w:color w:val="1E2A32"/>
                <w:sz w:val="16"/>
              </w:rPr>
              <w:t>Explique cómo se desarrolló el trabajo. Según corresponda, señale enfoque, participantes o unidad de análisis, fuentes de información, técnicas, instrumentos, materiales, herramientas y etapas principales.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FF5A52"/>
                <w:sz w:val="15"/>
              </w:rPr>
              <w:t xml:space="preserve">Guía de redacción: </w:t>
            </w:r>
            <w:r>
              <w:rPr>
                <w:rFonts w:ascii="Aptos" w:hAnsi="Aptos"/>
                <w:i/>
                <w:color w:val="65727A"/>
                <w:sz w:val="15"/>
              </w:rPr>
              <w:t>¿Qué hicieron? ¿Con qué datos o fuentes? ¿A quiénes o qué analizaron? ¿Qué procedimiento siguieron? ¿Qué herramienta o técnica utilizaron?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color="B7CDD5"/>
              <w:bottom w:val="single" w:sz="5" w:color="B7CDD5"/>
              <w:start w:val="single" w:sz="5" w:color="B7CDD5"/>
              <w:end w:val="single" w:sz="5" w:color="B7CDD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i/>
                <w:color w:val="8A949B"/>
                <w:sz w:val="17"/>
              </w:rPr>
              <w:t>[Sustituya este texto por su redacción. Elimine las instrucciones en gris antes de enviar.]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</w:tc>
      </w:tr>
    </w:tbl>
    <w:p>
      <w:pPr>
        <w:spacing w:after="0"/>
      </w:pPr>
    </w:p>
    <w:p>
      <w:r>
        <w:br w:type="page"/>
      </w:r>
    </w:p>
    <w:p>
      <w:pPr>
        <w:spacing w:before="0" w:after="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286000" cy="9523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d9fb99-3292-4a4e-8eea-a670b41b1df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52304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00315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Georgia" w:hAnsi="Georgia"/>
                <w:b/>
                <w:color w:val="FFFFFF"/>
                <w:sz w:val="27"/>
              </w:rPr>
              <w:t>DESARROLLO DEL TRABAJO · CUARTILLA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color w:val="DFF7F8"/>
                <w:sz w:val="17"/>
              </w:rPr>
              <w:t>Resultados, conclusiones y aportación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EAF8F8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003153"/>
              <w:bottom w:val="single" w:sz="5" w:color="003153"/>
              <w:start w:val="single" w:sz="5" w:color="003153"/>
              <w:end w:val="single" w:sz="5" w:color="003153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003153"/>
                <w:sz w:val="17"/>
              </w:rPr>
              <w:t xml:space="preserve">META DE ESTA PÁGINA: </w:t>
            </w:r>
            <w:r>
              <w:rPr>
                <w:rFonts w:ascii="Aptos" w:hAnsi="Aptos"/>
                <w:color w:val="1E2A32"/>
                <w:sz w:val="17"/>
              </w:rPr>
              <w:t>aproximadamente 460–630 palabras. Priorice los hallazgos y su significado; evite repetir la introducción o describir nuevamente todo el procedimiento.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10B9C1"/>
            <w:tcMar>
              <w:top w:w="65" w:type="dxa"/>
              <w:start w:w="105" w:type="dxa"/>
              <w:bottom w:w="65" w:type="dxa"/>
              <w:end w:w="105" w:type="dxa"/>
            </w:tcMar>
            <w:tcBorders>
              <w:top w:val="single" w:sz="5" w:color="10B9C1"/>
              <w:bottom w:val="single" w:sz="5" w:color="10B9C1"/>
              <w:start w:val="single" w:sz="5" w:color="10B9C1"/>
              <w:end w:val="single" w:sz="5" w:color="10B9C1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4. RESULTADOS, HALLAZGOS O AVANCES</w:t>
            </w:r>
            <w:r>
              <w:rPr>
                <w:rFonts w:ascii="Aptos" w:hAnsi="Aptos"/>
                <w:color w:val="FFFFFF"/>
                <w:sz w:val="16"/>
              </w:rPr>
              <w:t xml:space="preserve">   |   300–400 palabras</w:t>
            </w:r>
          </w:p>
        </w:tc>
      </w:tr>
      <w:tr>
        <w:tc>
          <w:tcPr>
            <w:tcW w:type="dxa" w:w="10656"/>
            <w:shd w:fill="F3F5F7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4" w:color="10B9C1"/>
              <w:bottom w:val="single" w:sz="4" w:color="10B9C1"/>
              <w:start w:val="single" w:sz="4" w:color="10B9C1"/>
              <w:end w:val="single" w:sz="4" w:color="10B9C1"/>
            </w:tcBorders>
          </w:tcPr>
          <w:p>
            <w:pPr>
              <w:spacing w:before="0" w:after="60" w:line="252" w:lineRule="auto"/>
            </w:pPr>
            <w:r>
              <w:rPr>
                <w:rFonts w:ascii="Aptos" w:hAnsi="Aptos"/>
                <w:b/>
                <w:color w:val="003153"/>
                <w:sz w:val="16"/>
              </w:rPr>
              <w:t xml:space="preserve">Qué debe contener: </w:t>
            </w:r>
            <w:r>
              <w:rPr>
                <w:rFonts w:ascii="Aptos" w:hAnsi="Aptos"/>
                <w:color w:val="1E2A32"/>
                <w:sz w:val="16"/>
              </w:rPr>
              <w:t>Presente los resultados más relevantes de forma concreta. Puede incluir cifras, tendencias, hallazgos, productos desarrollados, comparaciones o evidencias. En proyectos en curso, diferencie claramente entre resultados preliminares, avances y resultados esperados.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FF5A52"/>
                <w:sz w:val="15"/>
              </w:rPr>
              <w:t xml:space="preserve">Guía de redacción: </w:t>
            </w:r>
            <w:r>
              <w:rPr>
                <w:rFonts w:ascii="Aptos" w:hAnsi="Aptos"/>
                <w:i/>
                <w:color w:val="65727A"/>
                <w:sz w:val="15"/>
              </w:rPr>
              <w:t>¿Qué encontraron u obtuvieron? ¿Qué evidencia respalda el hallazgo? ¿Qué resultado responde directamente al objetivo? Si el trabajo está en proceso, ¿qué avance verificable existe hasta el momento?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color="B7CDD5"/>
              <w:bottom w:val="single" w:sz="5" w:color="B7CDD5"/>
              <w:start w:val="single" w:sz="5" w:color="B7CDD5"/>
              <w:end w:val="single" w:sz="5" w:color="B7CDD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i/>
                <w:color w:val="8A949B"/>
                <w:sz w:val="17"/>
              </w:rPr>
              <w:t>[Sustituya este texto por su redacción. Elimine las instrucciones en gris antes de enviar.]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10B9C1"/>
            <w:tcMar>
              <w:top w:w="65" w:type="dxa"/>
              <w:start w:w="105" w:type="dxa"/>
              <w:bottom w:w="65" w:type="dxa"/>
              <w:end w:w="105" w:type="dxa"/>
            </w:tcMar>
            <w:tcBorders>
              <w:top w:val="single" w:sz="5" w:color="10B9C1"/>
              <w:bottom w:val="single" w:sz="5" w:color="10B9C1"/>
              <w:start w:val="single" w:sz="5" w:color="10B9C1"/>
              <w:end w:val="single" w:sz="5" w:color="10B9C1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5. CONCLUSIONES Y APORTACIÓN</w:t>
            </w:r>
            <w:r>
              <w:rPr>
                <w:rFonts w:ascii="Aptos" w:hAnsi="Aptos"/>
                <w:color w:val="FFFFFF"/>
                <w:sz w:val="16"/>
              </w:rPr>
              <w:t xml:space="preserve">   |   160–230 palabras</w:t>
            </w:r>
          </w:p>
        </w:tc>
      </w:tr>
      <w:tr>
        <w:tc>
          <w:tcPr>
            <w:tcW w:type="dxa" w:w="10656"/>
            <w:shd w:fill="FFF0EE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4" w:color="10B9C1"/>
              <w:bottom w:val="single" w:sz="4" w:color="10B9C1"/>
              <w:start w:val="single" w:sz="4" w:color="10B9C1"/>
              <w:end w:val="single" w:sz="4" w:color="10B9C1"/>
            </w:tcBorders>
          </w:tcPr>
          <w:p>
            <w:pPr>
              <w:spacing w:before="0" w:after="60" w:line="252" w:lineRule="auto"/>
            </w:pPr>
            <w:r>
              <w:rPr>
                <w:rFonts w:ascii="Aptos" w:hAnsi="Aptos"/>
                <w:b/>
                <w:color w:val="003153"/>
                <w:sz w:val="16"/>
              </w:rPr>
              <w:t xml:space="preserve">Qué debe contener: </w:t>
            </w:r>
            <w:r>
              <w:rPr>
                <w:rFonts w:ascii="Aptos" w:hAnsi="Aptos"/>
                <w:color w:val="1E2A32"/>
                <w:sz w:val="16"/>
              </w:rPr>
              <w:t>Sintetice la respuesta al objetivo, explique qué significan los resultados y señale la principal aportación, utilidad, implicación o aprendizaje. Puede indicar limitaciones y una línea de continuidad.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FF5A52"/>
                <w:sz w:val="15"/>
              </w:rPr>
              <w:t xml:space="preserve">Guía de redacción: </w:t>
            </w:r>
            <w:r>
              <w:rPr>
                <w:rFonts w:ascii="Aptos" w:hAnsi="Aptos"/>
                <w:i/>
                <w:color w:val="65727A"/>
                <w:sz w:val="15"/>
              </w:rPr>
              <w:t>¿Qué se puede concluir? ¿Qué aporta el trabajo? ¿Para qué sirven los resultados? ¿Qué se recomienda hacer después?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color="B7CDD5"/>
              <w:bottom w:val="single" w:sz="5" w:color="B7CDD5"/>
              <w:start w:val="single" w:sz="5" w:color="B7CDD5"/>
              <w:end w:val="single" w:sz="5" w:color="B7CDD5"/>
            </w:tcBorders>
          </w:tcPr>
          <w:p>
            <w:pPr>
              <w:spacing w:before="0" w:after="0" w:line="264" w:lineRule="auto"/>
            </w:pPr>
            <w:r>
              <w:rPr>
                <w:rFonts w:ascii="Aptos" w:hAnsi="Aptos"/>
                <w:i/>
                <w:color w:val="8A949B"/>
                <w:sz w:val="17"/>
              </w:rPr>
              <w:t>[Sustituya este texto por su redacción. Elimine las instrucciones en gris antes de enviar.]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FFFBE5"/>
            <w:tcMar>
              <w:top w:w="70" w:type="dxa"/>
              <w:start w:w="110" w:type="dxa"/>
              <w:bottom w:w="70" w:type="dxa"/>
              <w:end w:w="110" w:type="dxa"/>
            </w:tcMar>
            <w:tcBorders>
              <w:top w:val="single" w:sz="5" w:color="F1E600"/>
              <w:bottom w:val="single" w:sz="5" w:color="F1E600"/>
              <w:start w:val="single" w:sz="5" w:color="F1E600"/>
              <w:end w:val="single" w:sz="5" w:color="F1E600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003153"/>
                <w:sz w:val="17"/>
              </w:rPr>
              <w:t xml:space="preserve">PALABRAS CLAVE (3–5): </w:t>
            </w:r>
            <w:r>
              <w:rPr>
                <w:rFonts w:ascii="Aptos" w:hAnsi="Aptos"/>
                <w:i/>
                <w:color w:val="65727A"/>
                <w:sz w:val="17"/>
              </w:rPr>
              <w:t>[término 1; término 2; término 3; término 4; término 5]</w:t>
            </w:r>
          </w:p>
        </w:tc>
      </w:tr>
    </w:tbl>
    <w:p>
      <w:r>
        <w:br w:type="page"/>
      </w:r>
    </w:p>
    <w:p>
      <w:pPr>
        <w:spacing w:before="0" w:after="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286000" cy="95230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d9fb99-3292-4a4e-8eea-a670b41b1df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52304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00315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Georgia" w:hAnsi="Georgia"/>
                <w:b/>
                <w:color w:val="FFFFFF"/>
                <w:sz w:val="27"/>
              </w:rPr>
              <w:t>REFERENCIAS Y REVISIÓN FINAL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color w:val="DFF7F8"/>
                <w:sz w:val="17"/>
              </w:rPr>
              <w:t>Página adicional · Utilícela cuando el trabajo cite fuentes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96"/>
      </w:tblGrid>
      <w:tr>
        <w:tc>
          <w:tcPr>
            <w:tcW w:type="dxa" w:w="10656"/>
            <w:shd w:fill="EAF8F8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003153"/>
              <w:bottom w:val="single" w:sz="5" w:color="003153"/>
              <w:start w:val="single" w:sz="5" w:color="003153"/>
              <w:end w:val="single" w:sz="5" w:color="003153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003153"/>
                <w:sz w:val="17"/>
              </w:rPr>
              <w:t xml:space="preserve">REFERENCIAS: </w:t>
            </w:r>
            <w:r>
              <w:rPr>
                <w:rFonts w:ascii="Aptos" w:hAnsi="Aptos"/>
                <w:color w:val="1E2A32"/>
                <w:sz w:val="17"/>
              </w:rPr>
              <w:t>incluya preferentemente entre 3 y 6 fuentes académicas o institucionales pertinentes. Utilice formato APA 7.ª edición. Esta página no cuenta dentro de las dos cuartillas de desarrollo.</w:t>
            </w:r>
          </w:p>
        </w:tc>
      </w:tr>
    </w:tbl>
    <w:p>
      <w:pPr>
        <w:spacing w:before="100" w:after="60" w:line="240" w:lineRule="auto"/>
      </w:pPr>
      <w:r>
        <w:rPr>
          <w:rFonts w:ascii="Georgia" w:hAnsi="Georgia"/>
          <w:b/>
          <w:color w:val="003153"/>
          <w:sz w:val="22"/>
        </w:rPr>
        <w:t>REFERENCIAS</w:t>
      </w:r>
    </w:p>
    <w:p>
      <w:pPr>
        <w:spacing w:before="0" w:after="100" w:line="240" w:lineRule="auto"/>
      </w:pPr>
      <w:r>
        <w:rPr>
          <w:rFonts w:ascii="Aptos" w:hAnsi="Aptos"/>
          <w:i/>
          <w:color w:val="6F7B82"/>
          <w:sz w:val="18"/>
        </w:rPr>
        <w:t>1. [Escriba aquí la referencia en formato APA 7.ª edición.]</w:t>
      </w:r>
    </w:p>
    <w:p>
      <w:pPr>
        <w:spacing w:before="0" w:after="100" w:line="240" w:lineRule="auto"/>
      </w:pPr>
      <w:r>
        <w:rPr>
          <w:rFonts w:ascii="Aptos" w:hAnsi="Aptos"/>
          <w:i/>
          <w:color w:val="6F7B82"/>
          <w:sz w:val="18"/>
        </w:rPr>
        <w:t>2. [Escriba aquí la referencia en formato APA 7.ª edición.]</w:t>
      </w:r>
    </w:p>
    <w:p>
      <w:pPr>
        <w:spacing w:before="0" w:after="100" w:line="240" w:lineRule="auto"/>
      </w:pPr>
      <w:r>
        <w:rPr>
          <w:rFonts w:ascii="Aptos" w:hAnsi="Aptos"/>
          <w:i/>
          <w:color w:val="6F7B82"/>
          <w:sz w:val="18"/>
        </w:rPr>
        <w:t>3. [Escriba aquí la referencia en formato APA 7.ª edición.]</w:t>
      </w:r>
    </w:p>
    <w:p>
      <w:pPr>
        <w:spacing w:before="0" w:after="100" w:line="240" w:lineRule="auto"/>
      </w:pPr>
      <w:r>
        <w:rPr>
          <w:rFonts w:ascii="Aptos" w:hAnsi="Aptos"/>
          <w:i/>
          <w:color w:val="6F7B82"/>
          <w:sz w:val="18"/>
        </w:rPr>
        <w:t>4. [Escriba aquí la referencia en formato APA 7.ª edición.]</w:t>
      </w:r>
    </w:p>
    <w:p>
      <w:pPr>
        <w:spacing w:before="0" w:after="100" w:line="240" w:lineRule="auto"/>
      </w:pPr>
      <w:r>
        <w:rPr>
          <w:rFonts w:ascii="Aptos" w:hAnsi="Aptos"/>
          <w:i/>
          <w:color w:val="6F7B82"/>
          <w:sz w:val="18"/>
        </w:rPr>
        <w:t>5. [Escriba aquí la referencia en formato APA 7.ª edición.]</w:t>
      </w:r>
    </w:p>
    <w:p>
      <w:pPr>
        <w:spacing w:before="0" w:after="100" w:line="240" w:lineRule="auto"/>
      </w:pPr>
      <w:r>
        <w:rPr>
          <w:rFonts w:ascii="Aptos" w:hAnsi="Aptos"/>
          <w:i/>
          <w:color w:val="6F7B82"/>
          <w:sz w:val="18"/>
        </w:rPr>
        <w:t>6. [Escriba aquí la referencia en formato APA 7.ª edición.]</w:t>
      </w:r>
    </w:p>
    <w:p>
      <w:pPr>
        <w:spacing w:before="160" w:after="60" w:line="240" w:lineRule="auto"/>
      </w:pPr>
      <w:r>
        <w:rPr>
          <w:rFonts w:ascii="Georgia" w:hAnsi="Georgia"/>
          <w:b/>
          <w:color w:val="003153"/>
          <w:sz w:val="21"/>
        </w:rPr>
        <w:t>LISTA DE COMPROBACIÓN ANTES DE ENVIAR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648"/>
            <w:shd w:fill="EAF8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10B9C1"/>
                <w:sz w:val="20"/>
              </w:rPr>
              <w:t>☐</w:t>
            </w:r>
          </w:p>
        </w:tc>
        <w:tc>
          <w:tcPr>
            <w:tcW w:type="dxa" w:w="9360"/>
            <w:shd w:fill="FFFFFF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6"/>
              </w:rPr>
              <w:t>El título representa con claridad el contenido del trabajo.</w:t>
            </w:r>
          </w:p>
        </w:tc>
      </w:tr>
      <w:tr>
        <w:tc>
          <w:tcPr>
            <w:tcW w:type="dxa" w:w="648"/>
            <w:shd w:fill="EAF8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10B9C1"/>
                <w:sz w:val="20"/>
              </w:rPr>
              <w:t>☐</w:t>
            </w:r>
          </w:p>
        </w:tc>
        <w:tc>
          <w:tcPr>
            <w:tcW w:type="dxa" w:w="9360"/>
            <w:shd w:fill="FFFFFF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6"/>
              </w:rPr>
              <w:t>El problema y el objetivo son congruentes entre sí.</w:t>
            </w:r>
          </w:p>
        </w:tc>
      </w:tr>
      <w:tr>
        <w:tc>
          <w:tcPr>
            <w:tcW w:type="dxa" w:w="648"/>
            <w:shd w:fill="EAF8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10B9C1"/>
                <w:sz w:val="20"/>
              </w:rPr>
              <w:t>☐</w:t>
            </w:r>
          </w:p>
        </w:tc>
        <w:tc>
          <w:tcPr>
            <w:tcW w:type="dxa" w:w="9360"/>
            <w:shd w:fill="FFFFFF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6"/>
              </w:rPr>
              <w:t>La metodología permite comprender cómo se desarrolló el trabajo.</w:t>
            </w:r>
          </w:p>
        </w:tc>
      </w:tr>
      <w:tr>
        <w:tc>
          <w:tcPr>
            <w:tcW w:type="dxa" w:w="648"/>
            <w:shd w:fill="EAF8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10B9C1"/>
                <w:sz w:val="20"/>
              </w:rPr>
              <w:t>☐</w:t>
            </w:r>
          </w:p>
        </w:tc>
        <w:tc>
          <w:tcPr>
            <w:tcW w:type="dxa" w:w="9360"/>
            <w:shd w:fill="FFFFFF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6"/>
              </w:rPr>
              <w:t>Los resultados o avances corresponden al trabajo realmente realizado.</w:t>
            </w:r>
          </w:p>
        </w:tc>
      </w:tr>
      <w:tr>
        <w:tc>
          <w:tcPr>
            <w:tcW w:type="dxa" w:w="648"/>
            <w:shd w:fill="EAF8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10B9C1"/>
                <w:sz w:val="20"/>
              </w:rPr>
              <w:t>☐</w:t>
            </w:r>
          </w:p>
        </w:tc>
        <w:tc>
          <w:tcPr>
            <w:tcW w:type="dxa" w:w="9360"/>
            <w:shd w:fill="FFFFFF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6"/>
              </w:rPr>
              <w:t>Las conclusiones responden al objetivo y no introducen resultados nuevos.</w:t>
            </w:r>
          </w:p>
        </w:tc>
      </w:tr>
      <w:tr>
        <w:tc>
          <w:tcPr>
            <w:tcW w:type="dxa" w:w="648"/>
            <w:shd w:fill="EAF8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10B9C1"/>
                <w:sz w:val="20"/>
              </w:rPr>
              <w:t>☐</w:t>
            </w:r>
          </w:p>
        </w:tc>
        <w:tc>
          <w:tcPr>
            <w:tcW w:type="dxa" w:w="9360"/>
            <w:shd w:fill="FFFFFF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6"/>
              </w:rPr>
              <w:t>Las fuentes utilizadas están citadas y listadas en formato APA 7.ª edición.</w:t>
            </w:r>
          </w:p>
        </w:tc>
      </w:tr>
      <w:tr>
        <w:tc>
          <w:tcPr>
            <w:tcW w:type="dxa" w:w="648"/>
            <w:shd w:fill="EAF8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10B9C1"/>
                <w:sz w:val="20"/>
              </w:rPr>
              <w:t>☐</w:t>
            </w:r>
          </w:p>
        </w:tc>
        <w:tc>
          <w:tcPr>
            <w:tcW w:type="dxa" w:w="9360"/>
            <w:shd w:fill="FFFFFF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6"/>
              </w:rPr>
              <w:t>El documento completo no excede 4 páginas: portada + 2 de desarrollo + referencias.</w:t>
            </w:r>
          </w:p>
        </w:tc>
      </w:tr>
      <w:tr>
        <w:tc>
          <w:tcPr>
            <w:tcW w:type="dxa" w:w="648"/>
            <w:shd w:fill="EAF8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10B9C1"/>
                <w:sz w:val="20"/>
              </w:rPr>
              <w:t>☐</w:t>
            </w:r>
          </w:p>
        </w:tc>
        <w:tc>
          <w:tcPr>
            <w:tcW w:type="dxa" w:w="9360"/>
            <w:shd w:fill="FFFFFF"/>
            <w:tcMar>
              <w:top w:w="60" w:type="dxa"/>
              <w:start w:w="90" w:type="dxa"/>
              <w:bottom w:w="60" w:type="dxa"/>
              <w:end w:w="90" w:type="dxa"/>
            </w:tcMar>
            <w:tcBorders>
              <w:top w:val="single" w:sz="4" w:color="D7E1E6"/>
              <w:bottom w:val="single" w:sz="4" w:color="D7E1E6"/>
              <w:start w:val="single" w:sz="4" w:color="D7E1E6"/>
              <w:end w:val="single" w:sz="4" w:color="D7E1E6"/>
            </w:tcBorders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color w:val="1E2A32"/>
                <w:sz w:val="16"/>
              </w:rPr>
              <w:t>Se revisaron ortografía, redacción, nombres de autores y datos del mentor académico.</w:t>
            </w:r>
          </w:p>
        </w:tc>
      </w:tr>
    </w:tbl>
    <w:p>
      <w:pPr>
        <w:spacing w:before="160" w:after="0" w:line="240" w:lineRule="auto"/>
      </w:pPr>
      <w:r>
        <w:rPr>
          <w:rFonts w:ascii="Aptos" w:hAnsi="Aptos"/>
          <w:b/>
          <w:color w:val="FF5A52"/>
          <w:sz w:val="16"/>
        </w:rPr>
        <w:t xml:space="preserve">Nombre sugerido del archivo: </w:t>
      </w:r>
      <w:r>
        <w:rPr>
          <w:rFonts w:ascii="Aptos" w:hAnsi="Aptos"/>
          <w:b/>
          <w:color w:val="003153"/>
          <w:sz w:val="16"/>
        </w:rPr>
        <w:t>APELLIDO_AUTOR_TituloBreve_Ponencia.docx</w:t>
      </w:r>
    </w:p>
    <w:sectPr w:rsidR="00FC693F" w:rsidRPr="0006063C" w:rsidSect="00034616">
      <w:footerReference w:type="default" r:id="rId9"/>
      <w:pgSz w:w="12240" w:h="15840"/>
      <w:pgMar w:top="605" w:right="792" w:bottom="648" w:left="792" w:header="216" w:footer="245" w:gutter="0"/>
      <w:cols w:space="720"/>
      <w:docGrid w:linePitch="360"/>
      <w:pgBorders w:offsetFrom="page">
        <w:top w:val="single" w:sz="14" w:space="12" w:color="003153"/>
        <w:left w:val="single" w:sz="14" w:space="12" w:color="003153"/>
        <w:bottom w:val="single" w:sz="14" w:space="12" w:color="003153"/>
        <w:right w:val="single" w:sz="14" w:space="12" w:color="003153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ptos" w:hAnsi="Aptos"/>
        <w:b/>
        <w:color w:val="003153"/>
        <w:sz w:val="14"/>
      </w:rPr>
      <w:t xml:space="preserve">CONGRESO DE VOCACIONES CIENTÍFICAS 2026  •  Formato oficial de trabajo escrito  •  Página </w:t>
    </w:r>
    <w:r>
      <w:rPr>
        <w:rFonts w:ascii="Aptos" w:hAnsi="Aptos"/>
        <w:b/>
        <w:color w:val="003153"/>
        <w:sz w:val="14"/>
      </w:rPr>
      <w:fldChar w:fldCharType="begin"/>
      <w:instrText xml:space="preserve">PAGE</w:instrText>
      <w:fldChar w:fldCharType="end"/>
    </w:r>
    <w:r>
      <w:rPr>
        <w:rFonts w:ascii="Aptos" w:hAnsi="Aptos"/>
        <w:b/>
        <w:color w:val="003153"/>
        <w:sz w:val="14"/>
      </w:rPr>
      <w:t xml:space="preserve"> de </w:t>
    </w:r>
    <w:r>
      <w:rPr>
        <w:rFonts w:ascii="Aptos" w:hAnsi="Aptos"/>
        <w:b/>
        <w:color w:val="003153"/>
        <w:sz w:val="14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E2A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trabajo escrito - Congreso de Vocaciones Científicas 2026</dc:title>
  <dc:subject>Ponencia Estudiantil de Iniciación Científica</dc:subject>
  <dc:creator>Comité Organizador - Congreso de Vocaciones Científicas 2026</dc:creator>
  <cp:keywords>vocaciones científicas, ponencia estudiantil, iniciación científica, trabajo escrito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